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09264" w14:textId="0998217F" w:rsidR="0099653A" w:rsidRPr="00D15300" w:rsidRDefault="00BC0D95" w:rsidP="00BC0D95">
      <w:pPr>
        <w:pStyle w:val="Heading1"/>
        <w:jc w:val="center"/>
        <w:rPr>
          <w:rFonts w:asciiTheme="minorHAnsi" w:hAnsiTheme="minorHAnsi"/>
          <w:color w:val="auto"/>
        </w:rPr>
      </w:pPr>
      <w:r w:rsidRPr="00D15300">
        <w:rPr>
          <w:rFonts w:asciiTheme="minorHAnsi" w:hAnsiTheme="minorHAnsi"/>
          <w:color w:val="auto"/>
        </w:rPr>
        <w:t>PAKTA INTEGRITAS</w:t>
      </w:r>
      <w:r w:rsidRPr="00D15300">
        <w:rPr>
          <w:rFonts w:asciiTheme="minorHAnsi" w:hAnsiTheme="minorHAnsi"/>
          <w:color w:val="auto"/>
        </w:rPr>
        <w:br/>
        <w:t>KEBENARAN DATA DAN BERKAS PENDAFTARAN</w:t>
      </w:r>
      <w:r w:rsidRPr="00D15300">
        <w:rPr>
          <w:rFonts w:asciiTheme="minorHAnsi" w:hAnsiTheme="minorHAnsi"/>
          <w:color w:val="auto"/>
        </w:rPr>
        <w:br/>
        <w:t>CALON MURID</w:t>
      </w:r>
      <w:r w:rsidRPr="00D15300">
        <w:rPr>
          <w:rFonts w:asciiTheme="minorHAnsi" w:hAnsiTheme="minorHAnsi"/>
          <w:color w:val="auto"/>
        </w:rPr>
        <w:br/>
      </w:r>
      <w:proofErr w:type="spellStart"/>
      <w:r w:rsidRPr="00D15300">
        <w:rPr>
          <w:rFonts w:asciiTheme="minorHAnsi" w:hAnsiTheme="minorHAnsi"/>
          <w:color w:val="auto"/>
        </w:rPr>
        <w:t>MTsN</w:t>
      </w:r>
      <w:proofErr w:type="spellEnd"/>
      <w:r w:rsidRPr="00D15300">
        <w:rPr>
          <w:rFonts w:asciiTheme="minorHAnsi" w:hAnsiTheme="minorHAnsi"/>
          <w:color w:val="auto"/>
        </w:rPr>
        <w:t xml:space="preserve"> 1 </w:t>
      </w:r>
      <w:r w:rsidR="00966CA6">
        <w:rPr>
          <w:rFonts w:asciiTheme="minorHAnsi" w:hAnsiTheme="minorHAnsi"/>
          <w:color w:val="auto"/>
        </w:rPr>
        <w:t xml:space="preserve">KOTA </w:t>
      </w:r>
      <w:r w:rsidRPr="00D15300">
        <w:rPr>
          <w:rFonts w:asciiTheme="minorHAnsi" w:hAnsiTheme="minorHAnsi"/>
          <w:color w:val="auto"/>
        </w:rPr>
        <w:t>PEKANBARU</w:t>
      </w:r>
    </w:p>
    <w:p w14:paraId="0D5CF3F4" w14:textId="77777777" w:rsidR="0099653A" w:rsidRDefault="0099653A" w:rsidP="00BC0D95"/>
    <w:p w14:paraId="42078127" w14:textId="77777777" w:rsidR="0099653A" w:rsidRDefault="00BC0D95" w:rsidP="00BC0D95">
      <w:r>
        <w:t>Saya yang bertanda tangan di bawah ini:</w:t>
      </w:r>
    </w:p>
    <w:p w14:paraId="5642E9F8" w14:textId="1D3BB503" w:rsidR="0099653A" w:rsidRDefault="00BC0D95" w:rsidP="00BC0D95">
      <w:pPr>
        <w:ind w:firstLine="720"/>
      </w:pPr>
      <w:r>
        <w:t xml:space="preserve">Nama Lengkap </w:t>
      </w:r>
      <w:r w:rsidR="00D15300">
        <w:tab/>
      </w:r>
      <w:r>
        <w:t>: ..............................................................</w:t>
      </w:r>
    </w:p>
    <w:p w14:paraId="6016B837" w14:textId="77777777" w:rsidR="0099653A" w:rsidRDefault="00BC0D95" w:rsidP="00BC0D95">
      <w:pPr>
        <w:ind w:firstLine="720"/>
      </w:pPr>
      <w:r>
        <w:t xml:space="preserve">Tempat/Tanggal </w:t>
      </w:r>
      <w:proofErr w:type="gramStart"/>
      <w:r>
        <w:t>Lahir :</w:t>
      </w:r>
      <w:proofErr w:type="gramEnd"/>
      <w:r>
        <w:t xml:space="preserve"> ..............................................................</w:t>
      </w:r>
    </w:p>
    <w:p w14:paraId="62A6101D" w14:textId="778246A9" w:rsidR="0099653A" w:rsidRDefault="00BC0D95" w:rsidP="00BC0D95">
      <w:pPr>
        <w:ind w:firstLine="720"/>
      </w:pPr>
      <w:r>
        <w:t xml:space="preserve">Asal Sekolah </w:t>
      </w:r>
      <w:r w:rsidR="00D15300">
        <w:tab/>
      </w:r>
      <w:r w:rsidR="00D15300">
        <w:tab/>
      </w:r>
      <w:r>
        <w:t>: ..............................................................</w:t>
      </w:r>
    </w:p>
    <w:p w14:paraId="17C50539" w14:textId="0F855649" w:rsidR="0099653A" w:rsidRDefault="00A656E3" w:rsidP="00BC0D95">
      <w:pPr>
        <w:ind w:firstLine="720"/>
      </w:pPr>
      <w:r>
        <w:t>Jalur</w:t>
      </w:r>
      <w:r w:rsidR="00BC0D95">
        <w:t xml:space="preserve"> Pendaftaran </w:t>
      </w:r>
      <w:r w:rsidR="00D15300">
        <w:tab/>
      </w:r>
      <w:r w:rsidR="00BC0D95">
        <w:t>: ..............................................................</w:t>
      </w:r>
    </w:p>
    <w:p w14:paraId="76580217" w14:textId="77777777" w:rsidR="0099653A" w:rsidRDefault="00BC0D95" w:rsidP="00BC0D95">
      <w:pPr>
        <w:jc w:val="both"/>
      </w:pPr>
      <w:proofErr w:type="spellStart"/>
      <w:r>
        <w:t>Dengan</w:t>
      </w:r>
      <w:proofErr w:type="spellEnd"/>
      <w:r>
        <w:t xml:space="preserve"> </w:t>
      </w:r>
      <w:proofErr w:type="spellStart"/>
      <w:r>
        <w:t>ini</w:t>
      </w:r>
      <w:proofErr w:type="spellEnd"/>
      <w:r>
        <w:t xml:space="preserve"> </w:t>
      </w:r>
      <w:proofErr w:type="spellStart"/>
      <w:r>
        <w:t>menyatakan</w:t>
      </w:r>
      <w:proofErr w:type="spellEnd"/>
      <w:r>
        <w:t xml:space="preserve"> </w:t>
      </w:r>
      <w:proofErr w:type="spellStart"/>
      <w:r>
        <w:t>dengan</w:t>
      </w:r>
      <w:proofErr w:type="spellEnd"/>
      <w:r>
        <w:t xml:space="preserve"> sebenar-benarnya bahwa:</w:t>
      </w:r>
    </w:p>
    <w:p w14:paraId="4402B70A" w14:textId="36C41C4E" w:rsidR="0099653A" w:rsidRDefault="00BC0D95" w:rsidP="00BC0D95">
      <w:pPr>
        <w:jc w:val="both"/>
      </w:pPr>
      <w:r>
        <w:t xml:space="preserve">1. Seluruh data identitas yang saya isikan pada website </w:t>
      </w:r>
      <w:proofErr w:type="spellStart"/>
      <w:r>
        <w:t>pendaftaran</w:t>
      </w:r>
      <w:proofErr w:type="spellEnd"/>
      <w:r>
        <w:t xml:space="preserve"> </w:t>
      </w:r>
      <w:proofErr w:type="spellStart"/>
      <w:r>
        <w:t>MTsN</w:t>
      </w:r>
      <w:proofErr w:type="spellEnd"/>
      <w:r>
        <w:t xml:space="preserve"> </w:t>
      </w:r>
      <w:r w:rsidR="00601BAE">
        <w:t xml:space="preserve">1 Kota </w:t>
      </w:r>
      <w:proofErr w:type="spellStart"/>
      <w:r>
        <w:t>Pekanbaru</w:t>
      </w:r>
      <w:proofErr w:type="spellEnd"/>
      <w:r>
        <w:t xml:space="preserve"> </w:t>
      </w:r>
      <w:proofErr w:type="spellStart"/>
      <w:r>
        <w:t>adalah</w:t>
      </w:r>
      <w:proofErr w:type="spellEnd"/>
      <w:r>
        <w:t xml:space="preserve"> </w:t>
      </w:r>
      <w:proofErr w:type="spellStart"/>
      <w:r>
        <w:t>benar</w:t>
      </w:r>
      <w:proofErr w:type="spellEnd"/>
      <w:r>
        <w:t xml:space="preserve">, </w:t>
      </w:r>
      <w:proofErr w:type="spellStart"/>
      <w:r>
        <w:t>akurat</w:t>
      </w:r>
      <w:proofErr w:type="spellEnd"/>
      <w:r>
        <w:t>, dan sesuai dengan data asli.</w:t>
      </w:r>
    </w:p>
    <w:p w14:paraId="3734E016" w14:textId="5BFDC4DE" w:rsidR="0099653A" w:rsidRDefault="00BC0D95" w:rsidP="00BC0D95">
      <w:pPr>
        <w:jc w:val="both"/>
      </w:pPr>
      <w:r>
        <w:t xml:space="preserve">2. Seluruh berkas pendukung yang saya unggah (upload) pada </w:t>
      </w:r>
      <w:proofErr w:type="spellStart"/>
      <w:r>
        <w:t>sistem</w:t>
      </w:r>
      <w:proofErr w:type="spellEnd"/>
      <w:r>
        <w:t xml:space="preserve"> </w:t>
      </w:r>
      <w:proofErr w:type="spellStart"/>
      <w:r>
        <w:t>pendaftaran</w:t>
      </w:r>
      <w:proofErr w:type="spellEnd"/>
      <w:r>
        <w:t xml:space="preserve"> </w:t>
      </w:r>
      <w:proofErr w:type="spellStart"/>
      <w:r w:rsidR="00601BAE">
        <w:t>MTsN</w:t>
      </w:r>
      <w:proofErr w:type="spellEnd"/>
      <w:r w:rsidR="00601BAE">
        <w:t xml:space="preserve"> 1 Kota </w:t>
      </w:r>
      <w:proofErr w:type="spellStart"/>
      <w:r w:rsidR="00601BAE">
        <w:t>Pekanbaru</w:t>
      </w:r>
      <w:proofErr w:type="spellEnd"/>
      <w:r w:rsidR="00601BAE">
        <w:t xml:space="preserve"> </w:t>
      </w:r>
      <w:proofErr w:type="spellStart"/>
      <w:r>
        <w:t>merupakan</w:t>
      </w:r>
      <w:proofErr w:type="spellEnd"/>
      <w:r>
        <w:t xml:space="preserve"> </w:t>
      </w:r>
      <w:proofErr w:type="spellStart"/>
      <w:r>
        <w:t>dokumen</w:t>
      </w:r>
      <w:proofErr w:type="spellEnd"/>
      <w:r>
        <w:t xml:space="preserve"> </w:t>
      </w:r>
      <w:proofErr w:type="spellStart"/>
      <w:r>
        <w:t>asli</w:t>
      </w:r>
      <w:proofErr w:type="spellEnd"/>
      <w:r>
        <w:t xml:space="preserve">, </w:t>
      </w:r>
      <w:proofErr w:type="spellStart"/>
      <w:r>
        <w:t>sah</w:t>
      </w:r>
      <w:proofErr w:type="spellEnd"/>
      <w:r>
        <w:t xml:space="preserve">, dan tidak dimanipulasi, sesuai </w:t>
      </w:r>
      <w:proofErr w:type="spellStart"/>
      <w:r>
        <w:t>dengan</w:t>
      </w:r>
      <w:proofErr w:type="spellEnd"/>
      <w:r>
        <w:t xml:space="preserve"> </w:t>
      </w:r>
      <w:proofErr w:type="spellStart"/>
      <w:r>
        <w:t>ketentuan</w:t>
      </w:r>
      <w:proofErr w:type="spellEnd"/>
      <w:r>
        <w:t xml:space="preserve"> yang </w:t>
      </w:r>
      <w:proofErr w:type="spellStart"/>
      <w:r>
        <w:t>berlaku</w:t>
      </w:r>
      <w:proofErr w:type="spellEnd"/>
      <w:r>
        <w:t>.</w:t>
      </w:r>
    </w:p>
    <w:p w14:paraId="02858396" w14:textId="77777777" w:rsidR="0099653A" w:rsidRDefault="00BC0D95" w:rsidP="00BC0D95">
      <w:pPr>
        <w:jc w:val="both"/>
      </w:pPr>
      <w:r>
        <w:t>3. Saya telah memeriksa dengan cermat dan teliti seluruh data dan berkas pendukung yang saya unggah pada website pendaftaran sebelum dinyatakan terkirim.</w:t>
      </w:r>
    </w:p>
    <w:p w14:paraId="5715D1EE" w14:textId="77777777" w:rsidR="0099653A" w:rsidRDefault="00BC0D95" w:rsidP="00BC0D95">
      <w:pPr>
        <w:jc w:val="both"/>
      </w:pPr>
      <w:r>
        <w:t>4. Saya bertanggung jawab penuh atas keabsahan dan kebenaran seluruh data serta dokumen yang diunggah.</w:t>
      </w:r>
    </w:p>
    <w:p w14:paraId="7B237964" w14:textId="19C4294E" w:rsidR="0099653A" w:rsidRDefault="00BC0D95" w:rsidP="00BC0D95">
      <w:pPr>
        <w:jc w:val="both"/>
      </w:pPr>
      <w:r>
        <w:t xml:space="preserve">5. Apabila di kemudian hari terbukti bahwa data atau berkas yang saya unggah tidak benar, tidak sesuai, atau tidak dapat dipertanggungjawabkan, maka saya bersedia menerima sanksi sesuai ketentuan yang berlaku, termasuk pembatalan kelulusan seleksi atau pembatalan sebagai murid </w:t>
      </w:r>
      <w:proofErr w:type="spellStart"/>
      <w:r>
        <w:t>MTsN</w:t>
      </w:r>
      <w:proofErr w:type="spellEnd"/>
      <w:r>
        <w:t xml:space="preserve"> 1 </w:t>
      </w:r>
      <w:r w:rsidR="00883CA3">
        <w:t xml:space="preserve">Kota </w:t>
      </w:r>
      <w:proofErr w:type="spellStart"/>
      <w:r>
        <w:t>Pekanbaru</w:t>
      </w:r>
      <w:proofErr w:type="spellEnd"/>
      <w:r>
        <w:t>.</w:t>
      </w:r>
    </w:p>
    <w:p w14:paraId="41E87FE5" w14:textId="77777777" w:rsidR="0099653A" w:rsidRDefault="00BC0D95" w:rsidP="0020108D">
      <w:pPr>
        <w:ind w:firstLine="720"/>
        <w:jc w:val="both"/>
      </w:pPr>
      <w:proofErr w:type="spellStart"/>
      <w:r>
        <w:t>Pakta</w:t>
      </w:r>
      <w:proofErr w:type="spellEnd"/>
      <w:r>
        <w:t xml:space="preserve"> </w:t>
      </w:r>
      <w:proofErr w:type="spellStart"/>
      <w:r>
        <w:t>integritas</w:t>
      </w:r>
      <w:proofErr w:type="spellEnd"/>
      <w:r>
        <w:t xml:space="preserve"> </w:t>
      </w:r>
      <w:proofErr w:type="spellStart"/>
      <w:r>
        <w:t>ini</w:t>
      </w:r>
      <w:proofErr w:type="spellEnd"/>
      <w:r>
        <w:t xml:space="preserve"> </w:t>
      </w:r>
      <w:proofErr w:type="spellStart"/>
      <w:r>
        <w:t>saya</w:t>
      </w:r>
      <w:proofErr w:type="spellEnd"/>
      <w:r>
        <w:t xml:space="preserve"> buat dengan sebenar-benarnya dan penuh kesadaran, tanpa adanya paksaan dari pihak mana pun, untuk dipergunakan sebagaimana mestinya.</w:t>
      </w:r>
    </w:p>
    <w:p w14:paraId="0F7F4C4F" w14:textId="57625CF4" w:rsidR="0099653A" w:rsidRDefault="0099653A"/>
    <w:tbl>
      <w:tblPr>
        <w:tblStyle w:val="TableGrid"/>
        <w:tblW w:w="9497" w:type="dxa"/>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8"/>
        <w:gridCol w:w="3119"/>
      </w:tblGrid>
      <w:tr w:rsidR="00D15300" w14:paraId="540DB7DF" w14:textId="77777777" w:rsidTr="0020108D">
        <w:tc>
          <w:tcPr>
            <w:tcW w:w="6378" w:type="dxa"/>
          </w:tcPr>
          <w:p w14:paraId="4E4066B1" w14:textId="77777777" w:rsidR="00601BAE" w:rsidRDefault="00601BAE" w:rsidP="00601BAE">
            <w:pPr>
              <w:spacing w:line="276" w:lineRule="auto"/>
            </w:pPr>
            <w:proofErr w:type="spellStart"/>
            <w:r>
              <w:t>Mengetahui</w:t>
            </w:r>
            <w:proofErr w:type="spellEnd"/>
            <w:r>
              <w:t>,</w:t>
            </w:r>
          </w:p>
          <w:p w14:paraId="17B08419" w14:textId="77777777" w:rsidR="00601BAE" w:rsidRDefault="00601BAE" w:rsidP="00601BAE">
            <w:pPr>
              <w:spacing w:line="276" w:lineRule="auto"/>
            </w:pPr>
            <w:r>
              <w:t xml:space="preserve">Orang </w:t>
            </w:r>
            <w:proofErr w:type="spellStart"/>
            <w:r>
              <w:t>Tua</w:t>
            </w:r>
            <w:proofErr w:type="spellEnd"/>
            <w:r>
              <w:t>/</w:t>
            </w:r>
            <w:proofErr w:type="spellStart"/>
            <w:r>
              <w:t>Wali</w:t>
            </w:r>
            <w:proofErr w:type="spellEnd"/>
          </w:p>
          <w:p w14:paraId="69C866DB" w14:textId="77777777" w:rsidR="00601BAE" w:rsidRDefault="00601BAE" w:rsidP="00601BAE">
            <w:pPr>
              <w:spacing w:line="276" w:lineRule="auto"/>
            </w:pPr>
          </w:p>
          <w:p w14:paraId="481ECD1B" w14:textId="77777777" w:rsidR="00601BAE" w:rsidRDefault="00601BAE" w:rsidP="00601BAE">
            <w:pPr>
              <w:spacing w:line="276" w:lineRule="auto"/>
            </w:pPr>
          </w:p>
          <w:p w14:paraId="60AF4DB6" w14:textId="77777777" w:rsidR="00601BAE" w:rsidRDefault="00601BAE" w:rsidP="00601BAE">
            <w:pPr>
              <w:spacing w:line="276" w:lineRule="auto"/>
            </w:pPr>
          </w:p>
          <w:p w14:paraId="40453534" w14:textId="77777777" w:rsidR="00601BAE" w:rsidRDefault="00601BAE" w:rsidP="00601BAE">
            <w:pPr>
              <w:spacing w:line="276" w:lineRule="auto"/>
            </w:pPr>
          </w:p>
          <w:p w14:paraId="3A16EFEC" w14:textId="77777777" w:rsidR="00601BAE" w:rsidRDefault="00601BAE" w:rsidP="00601BAE">
            <w:pPr>
              <w:spacing w:line="276" w:lineRule="auto"/>
            </w:pPr>
            <w:r>
              <w:t>(NAMA ORANGTUA/WALI)</w:t>
            </w:r>
          </w:p>
          <w:p w14:paraId="3700079F" w14:textId="0453A70C" w:rsidR="00D15300" w:rsidRDefault="00D15300" w:rsidP="00BC0D95">
            <w:pPr>
              <w:tabs>
                <w:tab w:val="left" w:pos="1418"/>
              </w:tabs>
              <w:spacing w:line="276" w:lineRule="auto"/>
            </w:pPr>
          </w:p>
        </w:tc>
        <w:tc>
          <w:tcPr>
            <w:tcW w:w="3119" w:type="dxa"/>
          </w:tcPr>
          <w:p w14:paraId="784EACA6" w14:textId="77777777" w:rsidR="00601BAE" w:rsidRDefault="00601BAE" w:rsidP="00601BAE">
            <w:pPr>
              <w:spacing w:line="276" w:lineRule="auto"/>
            </w:pPr>
            <w:proofErr w:type="spellStart"/>
            <w:r>
              <w:t>Pekanbaru</w:t>
            </w:r>
            <w:proofErr w:type="spellEnd"/>
            <w:r>
              <w:t>, ......................... 2026</w:t>
            </w:r>
          </w:p>
          <w:p w14:paraId="7D4250D1" w14:textId="77777777" w:rsidR="00601BAE" w:rsidRDefault="00601BAE" w:rsidP="00601BAE">
            <w:pPr>
              <w:spacing w:line="276" w:lineRule="auto"/>
            </w:pPr>
            <w:r>
              <w:t xml:space="preserve">Yang </w:t>
            </w:r>
            <w:proofErr w:type="spellStart"/>
            <w:r>
              <w:t>membuat</w:t>
            </w:r>
            <w:proofErr w:type="spellEnd"/>
            <w:r>
              <w:t xml:space="preserve"> </w:t>
            </w:r>
            <w:proofErr w:type="spellStart"/>
            <w:r>
              <w:t>pernyataan</w:t>
            </w:r>
            <w:proofErr w:type="spellEnd"/>
            <w:r>
              <w:t>,</w:t>
            </w:r>
          </w:p>
          <w:p w14:paraId="74234D25" w14:textId="77777777" w:rsidR="00601BAE" w:rsidRDefault="00601BAE" w:rsidP="00601BAE">
            <w:pPr>
              <w:spacing w:line="276" w:lineRule="auto"/>
            </w:pPr>
          </w:p>
          <w:p w14:paraId="095381F3" w14:textId="77777777" w:rsidR="00601BAE" w:rsidRDefault="00601BAE" w:rsidP="00601BAE">
            <w:pPr>
              <w:spacing w:line="276" w:lineRule="auto"/>
            </w:pPr>
          </w:p>
          <w:p w14:paraId="63AD0458" w14:textId="77777777" w:rsidR="00601BAE" w:rsidRDefault="00601BAE" w:rsidP="00601BAE">
            <w:pPr>
              <w:spacing w:line="276" w:lineRule="auto"/>
            </w:pPr>
            <w:proofErr w:type="spellStart"/>
            <w:r>
              <w:t>Materai</w:t>
            </w:r>
            <w:proofErr w:type="spellEnd"/>
            <w:r>
              <w:t xml:space="preserve"> 10.000</w:t>
            </w:r>
          </w:p>
          <w:p w14:paraId="7F8C7F3A" w14:textId="77777777" w:rsidR="00601BAE" w:rsidRDefault="00601BAE" w:rsidP="00601BAE">
            <w:pPr>
              <w:spacing w:line="276" w:lineRule="auto"/>
            </w:pPr>
          </w:p>
          <w:p w14:paraId="57191530" w14:textId="4BF9DD6A" w:rsidR="00601BAE" w:rsidRDefault="00601BAE" w:rsidP="00601BAE">
            <w:pPr>
              <w:spacing w:line="276" w:lineRule="auto"/>
            </w:pPr>
            <w:r>
              <w:t>(NAMA CALON MURID)</w:t>
            </w:r>
          </w:p>
          <w:p w14:paraId="17312965" w14:textId="77777777" w:rsidR="00D15300" w:rsidRDefault="00D15300" w:rsidP="00BC0D95">
            <w:pPr>
              <w:spacing w:line="276" w:lineRule="auto"/>
            </w:pPr>
          </w:p>
        </w:tc>
      </w:tr>
    </w:tbl>
    <w:p w14:paraId="38A96C12" w14:textId="77777777" w:rsidR="0099653A" w:rsidRDefault="0099653A"/>
    <w:sectPr w:rsidR="0099653A" w:rsidSect="00D15300">
      <w:pgSz w:w="12240" w:h="15840"/>
      <w:pgMar w:top="851" w:right="1134" w:bottom="851"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0108D"/>
    <w:rsid w:val="0029639D"/>
    <w:rsid w:val="00326F90"/>
    <w:rsid w:val="00601BAE"/>
    <w:rsid w:val="00883CA3"/>
    <w:rsid w:val="00966CA6"/>
    <w:rsid w:val="0099653A"/>
    <w:rsid w:val="00A656E3"/>
    <w:rsid w:val="00AA1D8D"/>
    <w:rsid w:val="00B47730"/>
    <w:rsid w:val="00BC0D95"/>
    <w:rsid w:val="00CB0664"/>
    <w:rsid w:val="00D1530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31A69A"/>
  <w14:defaultImageDpi w14:val="300"/>
  <w15:docId w15:val="{CA7EC28B-F00E-4100-98A4-34F594E46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257</Words>
  <Characters>1465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ASUS</cp:lastModifiedBy>
  <cp:revision>7</cp:revision>
  <dcterms:created xsi:type="dcterms:W3CDTF">2013-12-23T23:15:00Z</dcterms:created>
  <dcterms:modified xsi:type="dcterms:W3CDTF">2026-02-19T04:00:00Z</dcterms:modified>
  <cp:category/>
</cp:coreProperties>
</file>